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hd w:val="clear" w:color="auto" w:fill="FFF4CC"/>
      </w:pPr>
      <w:r>
        <w:rPr>
          <w:i/>
          <w:sz w:val="18"/>
        </w:rPr>
        <w:t>Troque os textos entre colchetes pelos dados reais e apague este aviso. Imprima duas vias: uma para quem pagou, outra para quem recebeu.</w:t>
      </w:r>
    </w:p>
    <w:p>
      <w:pPr>
        <w:jc w:val="center"/>
      </w:pPr>
      <w:r>
        <w:rPr>
          <w:b/>
          <w:color w:val="001741"/>
          <w:sz w:val="32"/>
        </w:rPr>
        <w:t>RECIBO</w:t>
      </w:r>
    </w:p>
    <w:p>
      <w:pPr>
        <w:jc w:val="center"/>
      </w:pPr>
      <w:r>
        <w:rPr>
          <w:color w:val="5B6B86"/>
          <w:sz w:val="20"/>
        </w:rPr>
        <w:t>1ª via · quem pagou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E8F1FE"/>
          </w:tcPr>
          <w:p>
            <w:r>
              <w:rPr>
                <w:b/>
                <w:sz w:val="18"/>
              </w:rPr>
              <w:t>Nº</w:t>
            </w:r>
          </w:p>
        </w:tc>
        <w:tc>
          <w:tcPr>
            <w:tcW w:type="dxa" w:w="2409"/>
          </w:tcPr>
          <w:p>
            <w:r>
              <w:t>[000]</w:t>
            </w:r>
          </w:p>
        </w:tc>
        <w:tc>
          <w:tcPr>
            <w:tcW w:type="dxa" w:w="2409"/>
            <w:shd w:val="clear" w:color="auto" w:fill="E8F1FE"/>
          </w:tcPr>
          <w:p>
            <w:r>
              <w:rPr>
                <w:b/>
                <w:sz w:val="18"/>
              </w:rPr>
              <w:t>Valor</w:t>
            </w:r>
          </w:p>
        </w:tc>
        <w:tc>
          <w:tcPr>
            <w:tcW w:type="dxa" w:w="2409"/>
          </w:tcPr>
          <w:p>
            <w:r>
              <w:t>R$ [0,00]</w:t>
            </w:r>
          </w:p>
        </w:tc>
      </w:tr>
    </w:tbl>
    <w:p/>
    <w:p>
      <w:pPr>
        <w:jc w:val="both"/>
      </w:pPr>
      <w:r>
        <w:rPr>
          <w:b/>
        </w:rPr>
        <w:t>Recebi(emos) de</w:t>
      </w:r>
      <w:r>
        <w:t xml:space="preserve"> [nome completo ou razão social de quem pagou], CPF/CNPJ [000.000.000-00], a importância de R$ [0,00] ([valor por extenso]), referente a [descrição do que foi pago], paga em [forma de pagamento] no dia [dd/mm/aaaa].</w:t>
      </w:r>
    </w:p>
    <w:p>
      <w:pPr>
        <w:jc w:val="both"/>
      </w:pPr>
      <w:r>
        <w:t>Pelo que firmo(amos) o presente recibo, dando plena quitação do valor acima.</w:t>
      </w:r>
    </w:p>
    <w:p>
      <w:pPr>
        <w:jc w:val="right"/>
      </w:pPr>
      <w:r>
        <w:t>[Cidade], [dia] de [mês] de [ano].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</w:tcPr>
          <w:p>
            <w:pPr>
              <w:jc w:val="center"/>
            </w:pPr>
            <w:r>
              <w:t>__________________________________</w:t>
            </w:r>
          </w:p>
        </w:tc>
      </w:tr>
      <w:tr>
        <w:tc>
          <w:tcPr>
            <w:tcW w:type="dxa" w:w="9638"/>
          </w:tcPr>
          <w:p>
            <w:pPr>
              <w:jc w:val="center"/>
            </w:pPr>
            <w:r>
              <w:rPr>
                <w:sz w:val="18"/>
              </w:rPr>
              <w:t>[Nome de quem recebeu] · CPF/CNPJ [000]</w:t>
            </w:r>
          </w:p>
        </w:tc>
      </w:tr>
    </w:tbl>
    <w:p>
      <w:pPr>
        <w:jc w:val="center"/>
      </w:pPr>
      <w:r>
        <w:t xml:space="preserve">- - - - - - - - - - - - - - - - - - - - - - - - - - - - - - - - - - - - - - - - - - - - - </w:t>
      </w:r>
    </w:p>
    <w:p>
      <w:pPr>
        <w:jc w:val="center"/>
      </w:pPr>
      <w:r>
        <w:rPr>
          <w:b/>
          <w:color w:val="001741"/>
          <w:sz w:val="32"/>
        </w:rPr>
        <w:t>RECIBO</w:t>
      </w:r>
    </w:p>
    <w:p>
      <w:pPr>
        <w:jc w:val="center"/>
      </w:pPr>
      <w:r>
        <w:rPr>
          <w:color w:val="5B6B86"/>
          <w:sz w:val="20"/>
        </w:rPr>
        <w:t>2ª via · quem recebeu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E8F1FE"/>
          </w:tcPr>
          <w:p>
            <w:r>
              <w:rPr>
                <w:b/>
                <w:sz w:val="18"/>
              </w:rPr>
              <w:t>Nº</w:t>
            </w:r>
          </w:p>
        </w:tc>
        <w:tc>
          <w:tcPr>
            <w:tcW w:type="dxa" w:w="2409"/>
          </w:tcPr>
          <w:p>
            <w:r>
              <w:t>[000]</w:t>
            </w:r>
          </w:p>
        </w:tc>
        <w:tc>
          <w:tcPr>
            <w:tcW w:type="dxa" w:w="2409"/>
            <w:shd w:val="clear" w:color="auto" w:fill="E8F1FE"/>
          </w:tcPr>
          <w:p>
            <w:r>
              <w:rPr>
                <w:b/>
                <w:sz w:val="18"/>
              </w:rPr>
              <w:t>Valor</w:t>
            </w:r>
          </w:p>
        </w:tc>
        <w:tc>
          <w:tcPr>
            <w:tcW w:type="dxa" w:w="2409"/>
          </w:tcPr>
          <w:p>
            <w:r>
              <w:t>R$ [0,00]</w:t>
            </w:r>
          </w:p>
        </w:tc>
      </w:tr>
    </w:tbl>
    <w:p/>
    <w:p>
      <w:pPr>
        <w:jc w:val="both"/>
      </w:pPr>
      <w:r>
        <w:rPr>
          <w:b/>
        </w:rPr>
        <w:t>Recebi(emos) de</w:t>
      </w:r>
      <w:r>
        <w:t xml:space="preserve"> [nome completo ou razão social de quem pagou], CPF/CNPJ [000.000.000-00], a importância de R$ [0,00] ([valor por extenso]), referente a [descrição do que foi pago], paga em [forma de pagamento] no dia [dd/mm/aaaa].</w:t>
      </w:r>
    </w:p>
    <w:p>
      <w:pPr>
        <w:jc w:val="both"/>
      </w:pPr>
      <w:r>
        <w:t>Pelo que firmo(amos) o presente recibo, dando plena quitação do valor acima.</w:t>
      </w:r>
    </w:p>
    <w:p>
      <w:pPr>
        <w:jc w:val="right"/>
      </w:pPr>
      <w:r>
        <w:t>[Cidade], [dia] de [mês] de [ano].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</w:tcPr>
          <w:p>
            <w:pPr>
              <w:jc w:val="center"/>
            </w:pPr>
            <w:r>
              <w:t>__________________________________</w:t>
            </w:r>
          </w:p>
        </w:tc>
      </w:tr>
      <w:tr>
        <w:tc>
          <w:tcPr>
            <w:tcW w:type="dxa" w:w="9638"/>
          </w:tcPr>
          <w:p>
            <w:pPr>
              <w:jc w:val="center"/>
            </w:pPr>
            <w:r>
              <w:rPr>
                <w:sz w:val="18"/>
              </w:rPr>
              <w:t>[Nome de quem recebeu] · CPF/CNPJ [000]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6B86"/>
        <w:sz w:val="16"/>
      </w:rPr>
      <w:t>Modelo gratuito Beevix · beevix.com.br · revise e adapte antes de usar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recibo</dc:title>
  <dc:subject/>
  <dc:creator>Beevix (beevix.com.br)</dc:creator>
  <cp:keywords/>
  <dc:description>Modelo gratuito Beevix · beevix.com.br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