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FDE2E1"/>
      </w:pPr>
      <w:r>
        <w:rPr>
          <w:i/>
          <w:sz w:val="18"/>
        </w:rPr>
        <w:t>IMPORTANTE: este é um modelo genérico e simples, para serviços pontuais ou por prazo definido, sem vínculo de emprego. Ele não cobre setores com lei própria nem relação de trabalho. Antes de assinar, peça a um advogado que revise e adapte as cláusulas ao seu caso. Troque os colchetes pelos dados reais e apague este aviso.</w:t>
      </w:r>
    </w:p>
    <w:p>
      <w:pPr>
        <w:jc w:val="center"/>
      </w:pPr>
      <w:r>
        <w:rPr>
          <w:b/>
          <w:color w:val="001741"/>
          <w:sz w:val="32"/>
        </w:rPr>
        <w:t>CONTRATO DE PRESTAÇÃO DE SERVIÇOS</w:t>
      </w:r>
    </w:p>
    <w:p>
      <w:pPr>
        <w:jc w:val="both"/>
      </w:pPr>
      <w:r>
        <w:t>Pelo presente instrumento particular, as partes abaixo qualificadas celebram este contrato de prestação de serviços, que se regerá pelas cláusulas seguintes e pelos artigos 593 a 609 do Código Civil (Lei 10.406/2002).</w:t>
      </w:r>
    </w:p>
    <w:p>
      <w:pPr>
        <w:spacing w:before="200"/>
      </w:pPr>
      <w:r>
        <w:rPr>
          <w:b/>
          <w:color w:val="001741"/>
          <w:sz w:val="24"/>
        </w:rPr>
        <w:t>Das partes</w:t>
      </w:r>
    </w:p>
    <w:p>
      <w:pPr>
        <w:jc w:val="both"/>
      </w:pPr>
      <w:r>
        <w:rPr>
          <w:b/>
        </w:rPr>
        <w:t>CONTRATANTE:</w:t>
      </w:r>
      <w:r>
        <w:t xml:space="preserve"> [nome ou razão social], [CPF/CNPJ nº], com endereço em [endereço completo], neste ato representado por [nome e cargo, se empresa].</w:t>
      </w:r>
    </w:p>
    <w:p>
      <w:pPr>
        <w:jc w:val="both"/>
      </w:pPr>
      <w:r>
        <w:rPr>
          <w:b/>
        </w:rPr>
        <w:t>CONTRATADO(A):</w:t>
      </w:r>
      <w:r>
        <w:t xml:space="preserve"> [nome ou razão social], [CPF/CNPJ nº], com endereço em [endereço completo], neste ato representado por [nome e cargo, se empresa].</w:t>
      </w:r>
    </w:p>
    <w:p>
      <w:pPr>
        <w:spacing w:before="200"/>
      </w:pPr>
      <w:r>
        <w:rPr>
          <w:b/>
          <w:color w:val="001741"/>
          <w:sz w:val="24"/>
        </w:rPr>
        <w:t>Cláusula 1ª · Objeto</w:t>
      </w:r>
    </w:p>
    <w:p>
      <w:pPr>
        <w:jc w:val="both"/>
      </w:pPr>
      <w:r>
        <w:t>1. O CONTRATADO prestará ao CONTRATANTE os seguintes serviços: [descrição detalhada do serviço, entregas e local de execução].</w:t>
      </w:r>
    </w:p>
    <w:p>
      <w:pPr>
        <w:jc w:val="both"/>
      </w:pPr>
      <w:r>
        <w:t>2. Serviços não descritos acima dependem de novo acordo por escrito, inclusive quanto ao preço.</w:t>
      </w:r>
    </w:p>
    <w:p>
      <w:pPr>
        <w:spacing w:before="200"/>
      </w:pPr>
      <w:r>
        <w:rPr>
          <w:b/>
          <w:color w:val="001741"/>
          <w:sz w:val="24"/>
        </w:rPr>
        <w:t>Cláusula 2ª · Prazo</w:t>
      </w:r>
    </w:p>
    <w:p>
      <w:pPr>
        <w:jc w:val="both"/>
      </w:pPr>
      <w:r>
        <w:t>1. Os serviços serão prestados de [dd/mm/aaaa] a [dd/mm/aaaa] [ou: até a conclusão da entrega descrita na cláusula 1ª, prevista para dd/mm/aaaa].</w:t>
      </w:r>
    </w:p>
    <w:p>
      <w:pPr>
        <w:jc w:val="both"/>
      </w:pPr>
      <w:r>
        <w:t>2. O prazo pode ser prorrogado por acordo escrito entre as partes, respeitado o limite de quatro anos do art. 598 do Código Civil.</w:t>
      </w:r>
    </w:p>
    <w:p>
      <w:pPr>
        <w:spacing w:before="200"/>
      </w:pPr>
      <w:r>
        <w:rPr>
          <w:b/>
          <w:color w:val="001741"/>
          <w:sz w:val="24"/>
        </w:rPr>
        <w:t>Cláusula 3ª · Preço e forma de pagamento</w:t>
      </w:r>
    </w:p>
    <w:p>
      <w:pPr>
        <w:jc w:val="both"/>
      </w:pPr>
      <w:r>
        <w:t>1. Pelos serviços, o CONTRATANTE pagará R$ [0,00] ([valor por extenso]), [em parcela única / em __ parcelas de R$ __], com vencimento em [datas], por [Pix / boleto / transferência].</w:t>
      </w:r>
    </w:p>
    <w:p>
      <w:pPr>
        <w:jc w:val="both"/>
      </w:pPr>
      <w:r>
        <w:t>2. Em caso de atraso, incidirão [multa de __% e juros de __% ao mês] sobre o valor em atraso. [Defina os percentuais com seu advogado.]</w:t>
      </w:r>
    </w:p>
    <w:p>
      <w:pPr>
        <w:jc w:val="both"/>
      </w:pPr>
      <w:r>
        <w:t>3. O CONTRATADO emitirá o documento fiscal correspondente a cada pagamento, quando obrigatório.</w:t>
      </w:r>
    </w:p>
    <w:p>
      <w:pPr>
        <w:spacing w:before="200"/>
      </w:pPr>
      <w:r>
        <w:rPr>
          <w:b/>
          <w:color w:val="001741"/>
          <w:sz w:val="24"/>
        </w:rPr>
        <w:t>Cláusula 4ª · Obrigações do CONTRATADO</w:t>
      </w:r>
    </w:p>
    <w:p>
      <w:pPr>
        <w:jc w:val="both"/>
      </w:pPr>
      <w:r>
        <w:t>1. Executar os serviços com qualidade e nos prazos combinados.</w:t>
      </w:r>
    </w:p>
    <w:p>
      <w:pPr>
        <w:jc w:val="both"/>
      </w:pPr>
      <w:r>
        <w:t>2. Fornecer os materiais e ferramentas necessários [ou: utilizar os materiais fornecidos pelo CONTRATANTE].</w:t>
      </w:r>
    </w:p>
    <w:p>
      <w:pPr>
        <w:jc w:val="both"/>
      </w:pPr>
      <w:r>
        <w:t>3. Manter sigilo sobre informações do CONTRATANTE a que tiver acesso por causa deste contrato.</w:t>
      </w:r>
    </w:p>
    <w:p>
      <w:pPr>
        <w:spacing w:before="200"/>
      </w:pPr>
      <w:r>
        <w:rPr>
          <w:b/>
          <w:color w:val="001741"/>
          <w:sz w:val="24"/>
        </w:rPr>
        <w:t>Cláusula 5ª · Obrigações do CONTRATANTE</w:t>
      </w:r>
    </w:p>
    <w:p>
      <w:pPr>
        <w:jc w:val="both"/>
      </w:pPr>
      <w:r>
        <w:t>1. Pagar o preço nas datas combinadas.</w:t>
      </w:r>
    </w:p>
    <w:p>
      <w:pPr>
        <w:jc w:val="both"/>
      </w:pPr>
      <w:r>
        <w:t>2. Fornecer as informações, acessos e condições necessárias para a execução dos serviços.</w:t>
      </w:r>
    </w:p>
    <w:p>
      <w:pPr>
        <w:spacing w:before="200"/>
      </w:pPr>
      <w:r>
        <w:rPr>
          <w:b/>
          <w:color w:val="001741"/>
          <w:sz w:val="24"/>
        </w:rPr>
        <w:t>Cláusula 6ª · Encerramento</w:t>
      </w:r>
    </w:p>
    <w:p>
      <w:pPr>
        <w:jc w:val="both"/>
      </w:pPr>
      <w:r>
        <w:t>1. Qualquer das partes pode encerrar este contrato mediante aviso por escrito com [__] dias de antecedência, ficando devidos os valores dos serviços já prestados até a data do encerramento.</w:t>
      </w:r>
    </w:p>
    <w:p>
      <w:pPr>
        <w:jc w:val="both"/>
      </w:pPr>
      <w:r>
        <w:t>2. O descumprimento de qualquer cláusula permite à parte prejudicada rescindir o contrato, sem prejuízo das perdas e danos cabíveis.</w:t>
      </w:r>
    </w:p>
    <w:p>
      <w:pPr>
        <w:spacing w:before="200"/>
      </w:pPr>
      <w:r>
        <w:rPr>
          <w:b/>
          <w:color w:val="001741"/>
          <w:sz w:val="24"/>
        </w:rPr>
        <w:t>Cláusula 7ª · Disposições gerais</w:t>
      </w:r>
    </w:p>
    <w:p>
      <w:pPr>
        <w:jc w:val="both"/>
      </w:pPr>
      <w:r>
        <w:t>1. Este contrato tem natureza civil e não cria vínculo de emprego entre as partes.</w:t>
      </w:r>
    </w:p>
    <w:p>
      <w:pPr>
        <w:jc w:val="both"/>
      </w:pPr>
      <w:r>
        <w:t>2. Nenhuma das partes pode transferir este contrato a terceiros sem a concordância escrita da outra.</w:t>
      </w:r>
    </w:p>
    <w:p>
      <w:pPr>
        <w:jc w:val="both"/>
      </w:pPr>
      <w:r>
        <w:t>3. Alterações só valem se feitas por escrito e assinadas pelas duas partes.</w:t>
      </w:r>
    </w:p>
    <w:p>
      <w:pPr>
        <w:spacing w:before="200"/>
      </w:pPr>
      <w:r>
        <w:rPr>
          <w:b/>
          <w:color w:val="001741"/>
          <w:sz w:val="24"/>
        </w:rPr>
        <w:t>Cláusula 8ª · Foro</w:t>
      </w:r>
    </w:p>
    <w:p>
      <w:pPr>
        <w:jc w:val="both"/>
      </w:pPr>
      <w:r>
        <w:t>Fica eleito o foro da comarca de [cidade/UF] para resolver questões decorrentes deste contrato.</w:t>
      </w:r>
    </w:p>
    <w:p>
      <w:pPr>
        <w:jc w:val="both"/>
      </w:pPr>
      <w:r>
        <w:t>E, por estarem de acordo, as partes assinam este contrato em duas vias de igual teor.</w:t>
      </w:r>
    </w:p>
    <w:p>
      <w:pPr>
        <w:jc w:val="right"/>
      </w:pPr>
      <w:r>
        <w:t>[Cidade], [dia] de [mês] de [ano].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t>__________________________________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t>__________________________________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CONTRATANTE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CONTRATADO(A)</w:t>
            </w:r>
          </w:p>
        </w:tc>
      </w:tr>
    </w:tbl>
    <w:p/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t>__________________________________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t>__________________________________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Testemunha 1 · nome e CPF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Testemunha 2 · nome e CPF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B86"/>
        <w:sz w:val="16"/>
      </w:rPr>
      <w:t>Modelo gratuito Beevix · beevix.com.br · revise e adapte antes de usar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de prestação de serviço</dc:title>
  <dc:subject/>
  <dc:creator>Beevix (beevix.com.br)</dc:creator>
  <cp:keywords/>
  <dc:description>Modelo gratuito Beevix · beevix.com.br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